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ff0"/>
        <w:tblpPr w:leftFromText="180" w:rightFromText="180" w:horzAnchor="margin" w:tblpX="-431" w:tblpY="-600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3"/>
        <w:gridCol w:w="4672"/>
      </w:tblGrid>
      <w:tr w:rsidR="004931AB" w14:paraId="29B0A5EC" w14:textId="77777777" w:rsidTr="008311BB">
        <w:trPr>
          <w:trHeight w:val="1550"/>
        </w:trPr>
        <w:tc>
          <w:tcPr>
            <w:tcW w:w="5393" w:type="dxa"/>
          </w:tcPr>
          <w:p w14:paraId="471D3562" w14:textId="5AE47EB9" w:rsidR="004931AB" w:rsidRPr="00403058" w:rsidRDefault="004931AB" w:rsidP="008311BB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br/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br/>
            </w:r>
            <w:r w:rsidR="00B87E0C">
              <w:rPr>
                <w:rFonts w:ascii="Times New Roman" w:hAnsi="Times New Roman" w:cs="Times New Roman"/>
                <w:b/>
                <w:bCs/>
                <w:lang w:val="ru-RU"/>
              </w:rPr>
              <w:t>СОГЛАСОВАНО</w:t>
            </w:r>
          </w:p>
          <w:p w14:paraId="4695DDD9" w14:textId="7309B3FB" w:rsidR="004931AB" w:rsidRPr="00403058" w:rsidRDefault="004931AB" w:rsidP="008311BB">
            <w:pPr>
              <w:rPr>
                <w:rFonts w:ascii="Times New Roman" w:hAnsi="Times New Roman" w:cs="Times New Roman"/>
                <w:lang w:val="ru-RU"/>
              </w:rPr>
            </w:pPr>
            <w:r w:rsidRPr="00403058">
              <w:rPr>
                <w:rFonts w:ascii="Times New Roman" w:hAnsi="Times New Roman" w:cs="Times New Roman"/>
                <w:lang w:val="ru-RU"/>
              </w:rPr>
              <w:t>Директор ассоциации развития</w:t>
            </w:r>
            <w:r w:rsidR="008311B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3058">
              <w:rPr>
                <w:rFonts w:ascii="Times New Roman" w:hAnsi="Times New Roman" w:cs="Times New Roman"/>
                <w:lang w:val="ru-RU"/>
              </w:rPr>
              <w:t xml:space="preserve">семейного спорта </w:t>
            </w:r>
            <w:r>
              <w:rPr>
                <w:rFonts w:ascii="Times New Roman" w:hAnsi="Times New Roman" w:cs="Times New Roman"/>
                <w:lang w:val="ru-RU"/>
              </w:rPr>
              <w:br/>
            </w:r>
          </w:p>
          <w:p w14:paraId="7E6CA139" w14:textId="372DD3C3" w:rsidR="004931AB" w:rsidRPr="00403058" w:rsidRDefault="004931AB" w:rsidP="008311BB">
            <w:pPr>
              <w:rPr>
                <w:rFonts w:ascii="Times New Roman" w:hAnsi="Times New Roman" w:cs="Times New Roman"/>
                <w:lang w:val="ru-RU"/>
              </w:rPr>
            </w:pPr>
            <w:r w:rsidRPr="00403058">
              <w:rPr>
                <w:rFonts w:ascii="Times New Roman" w:hAnsi="Times New Roman" w:cs="Times New Roman"/>
                <w:lang w:val="ru-RU"/>
              </w:rPr>
              <w:t>_____________Муравьева М. Т-А.</w:t>
            </w:r>
            <w:r>
              <w:rPr>
                <w:rFonts w:ascii="Times New Roman" w:hAnsi="Times New Roman" w:cs="Times New Roman"/>
                <w:lang w:val="ru-RU"/>
              </w:rPr>
              <w:br/>
            </w:r>
          </w:p>
          <w:p w14:paraId="263A7AFA" w14:textId="3FF70C63" w:rsidR="004931AB" w:rsidRPr="004931AB" w:rsidRDefault="004931AB" w:rsidP="008311BB">
            <w:pPr>
              <w:rPr>
                <w:rFonts w:ascii="Times New Roman" w:hAnsi="Times New Roman" w:cs="Times New Roman"/>
                <w:lang w:val="ru-RU"/>
              </w:rPr>
            </w:pPr>
            <w:r w:rsidRPr="00403058">
              <w:rPr>
                <w:rFonts w:ascii="Times New Roman" w:hAnsi="Times New Roman" w:cs="Times New Roman"/>
                <w:lang w:val="ru-RU"/>
              </w:rPr>
              <w:t>«__</w:t>
            </w:r>
            <w:proofErr w:type="gramStart"/>
            <w:r w:rsidRPr="00403058">
              <w:rPr>
                <w:rFonts w:ascii="Times New Roman" w:hAnsi="Times New Roman" w:cs="Times New Roman"/>
                <w:lang w:val="ru-RU"/>
              </w:rPr>
              <w:t>_»_</w:t>
            </w:r>
            <w:proofErr w:type="gramEnd"/>
            <w:r w:rsidRPr="00403058">
              <w:rPr>
                <w:rFonts w:ascii="Times New Roman" w:hAnsi="Times New Roman" w:cs="Times New Roman"/>
                <w:lang w:val="ru-RU"/>
              </w:rPr>
              <w:t>___________2026 г.</w:t>
            </w:r>
          </w:p>
        </w:tc>
        <w:tc>
          <w:tcPr>
            <w:tcW w:w="4672" w:type="dxa"/>
          </w:tcPr>
          <w:p w14:paraId="1DD7827E" w14:textId="083DC397" w:rsidR="004931AB" w:rsidRPr="00403058" w:rsidRDefault="00B87E0C" w:rsidP="008311BB">
            <w:pPr>
              <w:pStyle w:val="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>УТВЕРЖДАЮ</w:t>
            </w:r>
          </w:p>
          <w:p w14:paraId="6FB5D59E" w14:textId="2698C6F5" w:rsidR="004931AB" w:rsidRPr="00403058" w:rsidRDefault="004931AB" w:rsidP="008311BB">
            <w:pPr>
              <w:rPr>
                <w:rFonts w:ascii="Times New Roman" w:hAnsi="Times New Roman" w:cs="Times New Roman"/>
                <w:lang w:val="ru-RU"/>
              </w:rPr>
            </w:pPr>
            <w:r w:rsidRPr="00403058">
              <w:rPr>
                <w:rFonts w:ascii="Times New Roman" w:hAnsi="Times New Roman" w:cs="Times New Roman"/>
                <w:lang w:val="ru-RU"/>
              </w:rPr>
              <w:t>Президент АНО «</w:t>
            </w:r>
            <w:r w:rsidR="00B87E0C">
              <w:rPr>
                <w:rFonts w:ascii="Times New Roman" w:hAnsi="Times New Roman" w:cs="Times New Roman"/>
                <w:lang w:val="ru-RU"/>
              </w:rPr>
              <w:t>БОРЦОВСКОЕ БРАТСТВО</w:t>
            </w:r>
            <w:r w:rsidRPr="00403058">
              <w:rPr>
                <w:rFonts w:ascii="Times New Roman" w:hAnsi="Times New Roman" w:cs="Times New Roman"/>
                <w:lang w:val="ru-RU"/>
              </w:rPr>
              <w:t>»</w:t>
            </w:r>
            <w:r>
              <w:rPr>
                <w:rFonts w:ascii="Times New Roman" w:hAnsi="Times New Roman" w:cs="Times New Roman"/>
                <w:lang w:val="ru-RU"/>
              </w:rPr>
              <w:br/>
            </w:r>
          </w:p>
          <w:p w14:paraId="2DD0F0EE" w14:textId="7421AFB6" w:rsidR="004931AB" w:rsidRPr="00403058" w:rsidRDefault="004931AB" w:rsidP="008311BB">
            <w:pPr>
              <w:rPr>
                <w:rFonts w:ascii="Times New Roman" w:hAnsi="Times New Roman" w:cs="Times New Roman"/>
                <w:lang w:val="ru-RU"/>
              </w:rPr>
            </w:pPr>
            <w:r w:rsidRPr="00403058">
              <w:rPr>
                <w:rFonts w:ascii="Times New Roman" w:hAnsi="Times New Roman" w:cs="Times New Roman"/>
                <w:lang w:val="ru-RU"/>
              </w:rPr>
              <w:t>_____________ Рудный М. О.</w:t>
            </w:r>
            <w:r>
              <w:rPr>
                <w:rFonts w:ascii="Times New Roman" w:hAnsi="Times New Roman" w:cs="Times New Roman"/>
                <w:lang w:val="ru-RU"/>
              </w:rPr>
              <w:br/>
            </w:r>
          </w:p>
          <w:p w14:paraId="2C8C9EB1" w14:textId="3A9A9C53" w:rsidR="004931AB" w:rsidRPr="004931AB" w:rsidRDefault="004931AB" w:rsidP="008311BB">
            <w:pPr>
              <w:rPr>
                <w:rFonts w:ascii="Times New Roman" w:hAnsi="Times New Roman" w:cs="Times New Roman"/>
                <w:lang w:val="ru-RU"/>
              </w:rPr>
            </w:pPr>
            <w:r w:rsidRPr="00403058">
              <w:rPr>
                <w:rFonts w:ascii="Times New Roman" w:hAnsi="Times New Roman" w:cs="Times New Roman"/>
                <w:lang w:val="ru-RU"/>
              </w:rPr>
              <w:t>«__</w:t>
            </w:r>
            <w:proofErr w:type="gramStart"/>
            <w:r w:rsidRPr="00403058">
              <w:rPr>
                <w:rFonts w:ascii="Times New Roman" w:hAnsi="Times New Roman" w:cs="Times New Roman"/>
                <w:lang w:val="ru-RU"/>
              </w:rPr>
              <w:t>_»_</w:t>
            </w:r>
            <w:proofErr w:type="gramEnd"/>
            <w:r w:rsidRPr="00403058">
              <w:rPr>
                <w:rFonts w:ascii="Times New Roman" w:hAnsi="Times New Roman" w:cs="Times New Roman"/>
                <w:lang w:val="ru-RU"/>
              </w:rPr>
              <w:t>___________2026 г.</w:t>
            </w:r>
          </w:p>
        </w:tc>
      </w:tr>
    </w:tbl>
    <w:p w14:paraId="3F149744" w14:textId="77777777" w:rsidR="004931AB" w:rsidRDefault="004931AB" w:rsidP="004931AB">
      <w:pPr>
        <w:pStyle w:val="1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14:paraId="0C572898" w14:textId="77777777" w:rsidR="00403058" w:rsidRPr="00DC47E4" w:rsidRDefault="00403058" w:rsidP="00DC47E4">
      <w:pPr>
        <w:rPr>
          <w:lang w:val="ru-RU"/>
        </w:rPr>
      </w:pPr>
    </w:p>
    <w:p w14:paraId="336E849C" w14:textId="6E27F59A" w:rsidR="00907BE3" w:rsidRPr="00403058" w:rsidRDefault="00F9220B" w:rsidP="00907B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ПОЛОЖЕНИЕ</w:t>
      </w:r>
    </w:p>
    <w:p w14:paraId="31E2187C" w14:textId="77777777" w:rsidR="00907BE3" w:rsidRPr="00403058" w:rsidRDefault="00907BE3" w:rsidP="00907B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4B52D89" w14:textId="77777777" w:rsidR="00B40E4B" w:rsidRDefault="00B40E4B" w:rsidP="00B40E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0305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проведения Открытого фестиваля борьбы</w:t>
      </w:r>
    </w:p>
    <w:p w14:paraId="05A09646" w14:textId="329B520C" w:rsidR="00B40E4B" w:rsidRDefault="00B40E4B" w:rsidP="00B40E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«Спорт как искусство» на призы</w:t>
      </w:r>
      <w:r w:rsidR="008311B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АНО</w:t>
      </w:r>
      <w:r w:rsidRPr="0040305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«</w:t>
      </w:r>
      <w:r w:rsidR="008311BB" w:rsidRPr="008311B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БОРЦОВСКОЕ БРАТСТВО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»</w:t>
      </w:r>
    </w:p>
    <w:p w14:paraId="7CB1A310" w14:textId="77777777" w:rsidR="00B40E4B" w:rsidRPr="00403058" w:rsidRDefault="00B40E4B" w:rsidP="00B40E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0305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 дзюдо среди юношей (до 11 и до 13 лет)</w:t>
      </w:r>
    </w:p>
    <w:p w14:paraId="1AA12CE0" w14:textId="77777777" w:rsidR="00907BE3" w:rsidRPr="00403058" w:rsidRDefault="00907BE3" w:rsidP="00907B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186CCCC" w14:textId="6CBE9AB0" w:rsidR="004261B7" w:rsidRPr="004261B7" w:rsidRDefault="00DC47E4" w:rsidP="004261B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ru-RU"/>
        </w:rPr>
        <w:drawing>
          <wp:inline distT="0" distB="0" distL="0" distR="0" wp14:anchorId="6741519D" wp14:editId="361A0365">
            <wp:extent cx="2743200" cy="2413635"/>
            <wp:effectExtent l="0" t="0" r="0" b="0"/>
            <wp:docPr id="10273005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300505" name="Рисунок 102730050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15818" cy="247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1DA17" w14:textId="77777777" w:rsidR="004261B7" w:rsidRDefault="004261B7" w:rsidP="004261B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B4643DB" w14:textId="77777777" w:rsidR="00B87E0C" w:rsidRDefault="00B87E0C" w:rsidP="004261B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6C8DE892" w14:textId="77777777" w:rsidR="00B87E0C" w:rsidRDefault="00B87E0C" w:rsidP="004261B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89686D4" w14:textId="77777777" w:rsidR="00B87E0C" w:rsidRDefault="00B87E0C" w:rsidP="004261B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1251B4A3" w14:textId="77777777" w:rsidR="00B87E0C" w:rsidRPr="004261B7" w:rsidRDefault="00B87E0C" w:rsidP="004261B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4A898FA5" w14:textId="633528F2" w:rsidR="004261B7" w:rsidRDefault="00403058" w:rsidP="00403058">
      <w:pPr>
        <w:jc w:val="center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19-20 сентября 2026 г.</w:t>
      </w:r>
    </w:p>
    <w:p w14:paraId="469E54B8" w14:textId="78ED1D4D" w:rsidR="00403058" w:rsidRPr="00E14455" w:rsidRDefault="00B87E0C" w:rsidP="00403058">
      <w:pPr>
        <w:jc w:val="center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г</w:t>
      </w:r>
      <w:r w:rsidR="00403058">
        <w:rPr>
          <w:rFonts w:ascii="Times New Roman" w:hAnsi="Times New Roman" w:cs="Times New Roman"/>
          <w:color w:val="000000" w:themeColor="text1"/>
          <w:lang w:val="ru-RU"/>
        </w:rPr>
        <w:t xml:space="preserve">. Москва </w:t>
      </w:r>
    </w:p>
    <w:p w14:paraId="4F0D301A" w14:textId="77777777" w:rsidR="00E14455" w:rsidRDefault="00E14455" w:rsidP="008311BB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59BB9EC" w14:textId="77777777" w:rsidR="00E14455" w:rsidRDefault="00E14455" w:rsidP="00E14455">
      <w:pPr>
        <w:rPr>
          <w:lang w:val="ru-RU"/>
        </w:rPr>
      </w:pPr>
    </w:p>
    <w:p w14:paraId="14D32CD1" w14:textId="77777777" w:rsidR="00E14455" w:rsidRPr="00E14455" w:rsidRDefault="00E14455" w:rsidP="00E14455">
      <w:pPr>
        <w:rPr>
          <w:lang w:val="ru-RU"/>
        </w:rPr>
      </w:pPr>
    </w:p>
    <w:p w14:paraId="60DF6553" w14:textId="5C33ECB8" w:rsidR="000362A3" w:rsidRDefault="00000000" w:rsidP="008311BB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1. Цели и задачи проведения соревнований</w:t>
      </w:r>
    </w:p>
    <w:p w14:paraId="455D6523" w14:textId="77777777" w:rsidR="008311BB" w:rsidRPr="00B10439" w:rsidRDefault="008311BB" w:rsidP="008311BB">
      <w:pPr>
        <w:rPr>
          <w:sz w:val="18"/>
          <w:szCs w:val="18"/>
          <w:lang w:val="ru-RU"/>
        </w:rPr>
      </w:pPr>
    </w:p>
    <w:p w14:paraId="5D020800" w14:textId="35BFE6C6" w:rsidR="00907BE3" w:rsidRDefault="00907BE3" w:rsidP="008311BB">
      <w:pPr>
        <w:pStyle w:val="ae"/>
        <w:numPr>
          <w:ilvl w:val="1"/>
          <w:numId w:val="17"/>
        </w:numPr>
        <w:tabs>
          <w:tab w:val="left" w:pos="0"/>
          <w:tab w:val="left" w:pos="42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311B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Открытый фестиваль борьбы проводится в соответствии с Федеральным законом от 04.12.2007 № 329-ФЗ «О физической культуре и спорте в Российской Федерации», действующими Правилами вида спорта «дзюдо», утвержденными приказом Минспорта России от 06.02.2020 № 80, и настоящим Регламентом.</w:t>
      </w:r>
    </w:p>
    <w:p w14:paraId="45E98106" w14:textId="77777777" w:rsidR="008311BB" w:rsidRPr="008311BB" w:rsidRDefault="008311BB" w:rsidP="008311BB">
      <w:pPr>
        <w:pStyle w:val="ae"/>
        <w:tabs>
          <w:tab w:val="left" w:pos="0"/>
          <w:tab w:val="left" w:pos="709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A1A5266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Цели и задачи мероприятия:</w:t>
      </w:r>
    </w:p>
    <w:p w14:paraId="7F6DDEEB" w14:textId="6A674DAF" w:rsidR="00907BE3" w:rsidRPr="00F0408C" w:rsidRDefault="008311BB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907BE3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Популяризация вида спорта «дзюдо» среди детей и подрастающего поколения.</w:t>
      </w:r>
    </w:p>
    <w:p w14:paraId="2EC73035" w14:textId="418270A8" w:rsidR="008311BB" w:rsidRDefault="008311BB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311B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907BE3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Пропаганда здорового образа жизни и патриотическое воспитание молодежи.</w:t>
      </w:r>
    </w:p>
    <w:p w14:paraId="208AFEE7" w14:textId="13A51F05" w:rsidR="00907BE3" w:rsidRPr="00F0408C" w:rsidRDefault="008311BB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311B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907BE3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и укрепление связей спортивного сообщества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АНО </w:t>
      </w:r>
      <w:r w:rsidR="00907BE3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lang w:val="ru-RU"/>
        </w:rPr>
        <w:t>БОРЦОВСКОЕ БРАТСТВО</w:t>
      </w:r>
      <w:r w:rsidR="00907BE3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14:paraId="2F611F33" w14:textId="1C6CF14A" w:rsidR="00907BE3" w:rsidRDefault="008311BB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311B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907BE3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Повышение уровня спортивного мастерства и соревновательного опыта юных атлетов.</w:t>
      </w:r>
    </w:p>
    <w:p w14:paraId="0A1CEB7E" w14:textId="77777777" w:rsidR="008311BB" w:rsidRPr="00F0408C" w:rsidRDefault="008311BB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73C726F" w14:textId="594D7412" w:rsidR="00907BE3" w:rsidRPr="008311BB" w:rsidRDefault="00907BE3" w:rsidP="008311BB">
      <w:pPr>
        <w:pStyle w:val="ae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11BB">
        <w:rPr>
          <w:rFonts w:ascii="Times New Roman" w:hAnsi="Times New Roman" w:cs="Times New Roman"/>
          <w:sz w:val="24"/>
          <w:szCs w:val="24"/>
          <w:lang w:val="ru-RU"/>
        </w:rPr>
        <w:t>Соревнования носят личный характер.</w:t>
      </w:r>
    </w:p>
    <w:p w14:paraId="798AB4F8" w14:textId="77777777" w:rsidR="008311BB" w:rsidRPr="007A0694" w:rsidRDefault="008311BB" w:rsidP="008311BB">
      <w:pPr>
        <w:jc w:val="both"/>
        <w:rPr>
          <w:rFonts w:ascii="Times New Roman" w:hAnsi="Times New Roman" w:cs="Times New Roman"/>
          <w:sz w:val="2"/>
          <w:szCs w:val="2"/>
          <w:lang w:val="ru-RU"/>
        </w:rPr>
      </w:pPr>
    </w:p>
    <w:p w14:paraId="08D8A561" w14:textId="03BFEC0C" w:rsidR="008311BB" w:rsidRDefault="00000000" w:rsidP="008311BB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2. Сроки и место проведения</w:t>
      </w:r>
    </w:p>
    <w:p w14:paraId="6743A612" w14:textId="77777777" w:rsidR="008311BB" w:rsidRPr="00B10439" w:rsidRDefault="008311BB" w:rsidP="008311BB">
      <w:pPr>
        <w:rPr>
          <w:sz w:val="10"/>
          <w:szCs w:val="10"/>
          <w:lang w:val="ru-RU"/>
        </w:rPr>
      </w:pPr>
    </w:p>
    <w:p w14:paraId="49830EF6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2.1. Даты проведения фестиваля: </w:t>
      </w:r>
      <w:r w:rsidRPr="007A0694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19–20 сентября 2026 года.</w:t>
      </w:r>
    </w:p>
    <w:p w14:paraId="49C0ADF5" w14:textId="6B7F721A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2.2. Место проведения соревнований:</w:t>
      </w:r>
      <w:r w:rsidR="008311BB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</w:r>
      <w:r w:rsidRPr="00F0408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 Москва, ул. Ильинка, д. 4, Выставочный комплекс «Гостиный Двор».</w:t>
      </w:r>
    </w:p>
    <w:p w14:paraId="2455A498" w14:textId="77777777" w:rsidR="00B10439" w:rsidRDefault="00907BE3" w:rsidP="00B10439">
      <w:pPr>
        <w:pStyle w:val="21"/>
        <w:spacing w:before="0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2.3.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0408C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Место проведения взвешивания и комиссии по допуску:</w:t>
      </w:r>
    </w:p>
    <w:p w14:paraId="0F9C6CD4" w14:textId="1E9878D5" w:rsidR="00907BE3" w:rsidRPr="00B10439" w:rsidRDefault="00907BE3" w:rsidP="00B10439">
      <w:pPr>
        <w:pStyle w:val="21"/>
        <w:spacing w:before="0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г. Москва, ул. Мневники, д. 16, 3-й этаж (Школа боевых искусств Дмитрия Носова / АНО «</w:t>
      </w:r>
      <w:r w:rsidR="007A069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БОРЦОВСКОЕ БРАТСТВО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»).</w:t>
      </w:r>
    </w:p>
    <w:p w14:paraId="3406DB01" w14:textId="3E4246A1" w:rsidR="000362A3" w:rsidRDefault="00000000" w:rsidP="00B10439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3. Организаторы соревнований</w:t>
      </w:r>
    </w:p>
    <w:p w14:paraId="0FB9B688" w14:textId="77777777" w:rsidR="00B10439" w:rsidRPr="00B10439" w:rsidRDefault="00B10439" w:rsidP="00B10439">
      <w:pPr>
        <w:rPr>
          <w:sz w:val="4"/>
          <w:szCs w:val="4"/>
          <w:lang w:val="ru-RU"/>
        </w:rPr>
      </w:pPr>
    </w:p>
    <w:p w14:paraId="6F34A149" w14:textId="786DF248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3.1. Общее руководство подготовкой и организацией проведения фестиваля осуществляет Ассоциация развития семейного спорта и АНО «</w:t>
      </w:r>
      <w:r w:rsidR="003E672C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БОРЦОВСКОЕ БРАТСТВО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14:paraId="3BBED792" w14:textId="77777777" w:rsidR="00907BE3" w:rsidRPr="00F0408C" w:rsidRDefault="00907BE3" w:rsidP="008311BB">
      <w:pPr>
        <w:pStyle w:val="2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3.2.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0408C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Непосредственное проведение соревнований возлагается на Главную судейскую коллегию (ГСК), утвержденную Оргкомитетом турнира.</w:t>
      </w:r>
    </w:p>
    <w:p w14:paraId="2AE19703" w14:textId="2B6B14F9" w:rsidR="00B10439" w:rsidRDefault="00000000" w:rsidP="00B10439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4. Требования к участникам и условия их допуска</w:t>
      </w:r>
    </w:p>
    <w:p w14:paraId="7B0AAADC" w14:textId="77777777" w:rsidR="00B10439" w:rsidRPr="00B10439" w:rsidRDefault="00B10439" w:rsidP="00B10439">
      <w:pPr>
        <w:rPr>
          <w:sz w:val="4"/>
          <w:szCs w:val="4"/>
          <w:lang w:val="ru-RU"/>
        </w:rPr>
      </w:pPr>
    </w:p>
    <w:p w14:paraId="26B9C154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4.1. К участию допускаются спортсмены (мальчики), прошедшие медицинский осмотр, имеющие соответствующий допуск врача и зарегистрированные в установленные сроки.</w:t>
      </w:r>
    </w:p>
    <w:p w14:paraId="3F3A772D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0FAD403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F0408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Возрастные группы и весовые категории:</w:t>
      </w:r>
    </w:p>
    <w:p w14:paraId="71A448AF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6855A5C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</w:t>
      </w:r>
      <w:r w:rsidRPr="00F0408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Юноши 2014–2015 гг. р. (до 13 лет):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31, 34, 38, 42, 46, 50, 55, 60, +60 кг.</w:t>
      </w:r>
    </w:p>
    <w:p w14:paraId="5EFC49F1" w14:textId="77777777" w:rsidR="00907BE3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</w:t>
      </w:r>
      <w:r w:rsidRPr="00F0408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Юноши 2016–2017 гг. р. (до 11 лет):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28, 31, 34, 38, 42, 46, 50, 55, +55 кг.</w:t>
      </w:r>
    </w:p>
    <w:p w14:paraId="41FA47B4" w14:textId="77777777" w:rsidR="003E672C" w:rsidRPr="00F0408C" w:rsidRDefault="003E672C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1BCE9A3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4.3. Допустимый провес на официальном взвешивании составляет </w:t>
      </w:r>
      <w:r w:rsidRPr="00F0408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 более 500 грамм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29C2AFC0" w14:textId="77777777" w:rsidR="00907BE3" w:rsidRPr="00F0408C" w:rsidRDefault="00907BE3" w:rsidP="008311BB">
      <w:pPr>
        <w:pStyle w:val="21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lastRenderedPageBreak/>
        <w:t>4.4. Допускается проведение выездных комиссий по допуску/взвешиванию, а также экспериментального формата онлайн-взвешивания по предварительному согласованию с ГСК.</w:t>
      </w:r>
    </w:p>
    <w:p w14:paraId="6649E8D9" w14:textId="54349B2B" w:rsidR="00456786" w:rsidRPr="00F0408C" w:rsidRDefault="00456786" w:rsidP="008311B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sz w:val="24"/>
          <w:szCs w:val="24"/>
          <w:lang w:val="ru-RU"/>
        </w:rPr>
        <w:t xml:space="preserve">4.5 В день мероприятия возможно проведение контрольного взвешивания и по решению ответственного лица, </w:t>
      </w:r>
      <w:r w:rsidR="00B10439" w:rsidRPr="00F0408C">
        <w:rPr>
          <w:rFonts w:ascii="Times New Roman" w:hAnsi="Times New Roman" w:cs="Times New Roman"/>
          <w:sz w:val="24"/>
          <w:szCs w:val="24"/>
          <w:lang w:val="ru-RU"/>
        </w:rPr>
        <w:t>спортсмен, может быть,</w:t>
      </w:r>
      <w:r w:rsidR="00B104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0408C">
        <w:rPr>
          <w:rFonts w:ascii="Times New Roman" w:hAnsi="Times New Roman" w:cs="Times New Roman"/>
          <w:sz w:val="24"/>
          <w:szCs w:val="24"/>
          <w:lang w:val="ru-RU"/>
        </w:rPr>
        <w:t>не допущен к участию.</w:t>
      </w:r>
    </w:p>
    <w:p w14:paraId="2BBF58FF" w14:textId="772EF2D8" w:rsidR="00DC47E4" w:rsidRDefault="00000000" w:rsidP="00B10439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5. Порядок регистрации</w:t>
      </w:r>
    </w:p>
    <w:p w14:paraId="30796254" w14:textId="77777777" w:rsidR="00B10439" w:rsidRPr="00B10439" w:rsidRDefault="00B10439" w:rsidP="00B10439">
      <w:pPr>
        <w:rPr>
          <w:sz w:val="4"/>
          <w:szCs w:val="4"/>
          <w:lang w:val="ru-RU"/>
        </w:rPr>
      </w:pPr>
    </w:p>
    <w:p w14:paraId="6FD7A44A" w14:textId="77777777" w:rsidR="00907BE3" w:rsidRPr="00F0408C" w:rsidRDefault="00907BE3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5.1. Расходы по организации и проведению соревнований осуществляются за счет Оргкомитета и привлеченных источников.</w:t>
      </w:r>
    </w:p>
    <w:p w14:paraId="5C8984A0" w14:textId="65FCBE2D" w:rsidR="00907BE3" w:rsidRPr="00F0408C" w:rsidRDefault="00907BE3" w:rsidP="00B10439">
      <w:pPr>
        <w:pStyle w:val="2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5.2. Участие в соревновании предполагает прохождение предварительной электронной регистрации.</w:t>
      </w:r>
    </w:p>
    <w:p w14:paraId="1A6CD1FC" w14:textId="77777777" w:rsidR="00907BE3" w:rsidRPr="00F0408C" w:rsidRDefault="00907BE3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регистрации уплачивается целевой благотворительный взнос (сервисный сбор за цифровые сервисы и организацию соревнований) в размере </w:t>
      </w:r>
      <w:r w:rsidRPr="00F0408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3 000 (три тысячи) рублей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каждого участника.</w:t>
      </w:r>
    </w:p>
    <w:p w14:paraId="66FEE334" w14:textId="77777777" w:rsidR="007A0694" w:rsidRPr="00E14455" w:rsidRDefault="00907BE3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5.3. </w:t>
      </w:r>
      <w:r w:rsidR="003C33E8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участия необходимо зарегистрировать всех участников на портале «Система регистрации на СОРЕВНОВАНИЯ ПО ДЗЮДО» до 1</w:t>
      </w:r>
      <w:r w:rsidR="00F0408C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="003C33E8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:00 18 сентября 2026 г.</w:t>
      </w:r>
      <w:r w:rsidR="007A0694" w:rsidRPr="007A069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BABFB9C" w14:textId="77777777" w:rsidR="007A0694" w:rsidRPr="00E14455" w:rsidRDefault="007A0694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1FBDB13" w14:textId="5B5F2219" w:rsidR="003C33E8" w:rsidRPr="00F0408C" w:rsidRDefault="003C33E8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1F6BC0"/>
          <w:sz w:val="24"/>
          <w:szCs w:val="24"/>
          <w:lang w:val="ru-RU"/>
        </w:rPr>
        <w:t>regjudo.ru</w:t>
      </w:r>
    </w:p>
    <w:p w14:paraId="4610409E" w14:textId="77777777" w:rsidR="003C33E8" w:rsidRPr="00F0408C" w:rsidRDefault="003C33E8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88BC9A2" w14:textId="4FE037C6" w:rsidR="003C33E8" w:rsidRPr="00F0408C" w:rsidRDefault="003C33E8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Регистрация завершится за </w:t>
      </w:r>
      <w:r w:rsidR="005B2B2B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</w:t>
      </w:r>
      <w:r w:rsidR="005B2B2B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ень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начала мероприятия или при достижении лимита участников (общее количество – не более 250 человек).</w:t>
      </w:r>
    </w:p>
    <w:p w14:paraId="25C33CB2" w14:textId="77777777" w:rsidR="003C33E8" w:rsidRPr="00F0408C" w:rsidRDefault="003C33E8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3552C51" w14:textId="4DFC4145" w:rsidR="00907BE3" w:rsidRPr="007A0694" w:rsidRDefault="003C33E8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7A0694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Без онлайн-регистрации команда до участия не допускается.</w:t>
      </w:r>
    </w:p>
    <w:p w14:paraId="72198FE2" w14:textId="77777777" w:rsidR="003C33E8" w:rsidRPr="00F0408C" w:rsidRDefault="003C33E8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B7627B4" w14:textId="55920AA6" w:rsidR="00907BE3" w:rsidRPr="00F0408C" w:rsidRDefault="00907BE3" w:rsidP="00B1043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5.4. Участники, не прошедшие регистрацию или опоздавшие на взвешивание, к соревнованиям не допускаются.</w:t>
      </w:r>
    </w:p>
    <w:p w14:paraId="47EB3843" w14:textId="23FBF60A" w:rsidR="000362A3" w:rsidRPr="00F0408C" w:rsidRDefault="00000000" w:rsidP="00B10439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6. </w:t>
      </w:r>
      <w:r w:rsidR="00B1043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соревнований</w:t>
      </w:r>
    </w:p>
    <w:p w14:paraId="12211AD4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2C2024C" w14:textId="1C30AB1C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18 сентября 2026 г. (Пятница) — Комиссия по допуску и взвешивание:</w:t>
      </w:r>
    </w:p>
    <w:p w14:paraId="57DEFE0A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0C4BD12" w14:textId="1BE6A98A" w:rsidR="00907BE3" w:rsidRPr="00F0408C" w:rsidRDefault="001410C5" w:rsidP="001410C5">
      <w:pPr>
        <w:tabs>
          <w:tab w:val="left" w:pos="28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="00907BE3" w:rsidRPr="00F0408C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>Адрес:</w:t>
      </w:r>
      <w:r w:rsidR="00907BE3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 Москва, ул. Мневники, д. 16, 3 этаж.</w:t>
      </w:r>
    </w:p>
    <w:p w14:paraId="3696238C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8DE7AB1" w14:textId="1DB77821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16:00</w:t>
      </w:r>
      <w:r w:rsidR="001410C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20:00 — Работа комиссии по допуску и официальное взвешивание участников всех возрастных категорий (2014–2015 гг. р. и 2016–2017 гг. р.)</w:t>
      </w:r>
    </w:p>
    <w:p w14:paraId="6D7A039A" w14:textId="77777777" w:rsidR="00B10439" w:rsidRDefault="00B10439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F7A6812" w14:textId="2A3279DE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19 сентября 2026 г. (Суббота) — Первый день соревнований (Возрастная группа 2014–2015 гг. р.):</w:t>
      </w:r>
    </w:p>
    <w:p w14:paraId="5C3F008A" w14:textId="77777777" w:rsidR="00B10439" w:rsidRDefault="00B10439" w:rsidP="008311BB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</w:pPr>
    </w:p>
    <w:p w14:paraId="1FA8B9AB" w14:textId="40E2EA30" w:rsidR="00907BE3" w:rsidRPr="00F0408C" w:rsidRDefault="00907BE3" w:rsidP="003E672C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>Адрес: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 Москва, ВК «Гостиный Двор», ул. Ильинка, д. 4.</w:t>
      </w:r>
    </w:p>
    <w:p w14:paraId="26E78A8C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BBAE3E5" w14:textId="1E32CB8C" w:rsidR="00907BE3" w:rsidRPr="00F0408C" w:rsidRDefault="00907BE3" w:rsidP="003E672C">
      <w:pPr>
        <w:pStyle w:val="ae"/>
        <w:numPr>
          <w:ilvl w:val="0"/>
          <w:numId w:val="12"/>
        </w:numPr>
        <w:tabs>
          <w:tab w:val="left" w:pos="284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11:00 </w:t>
      </w:r>
      <w:r w:rsidR="00380D22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40E4B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Открытие фестиваля 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(мальчики 2014–2015 гг. р.)</w:t>
      </w:r>
    </w:p>
    <w:p w14:paraId="71E9BAD0" w14:textId="77777777" w:rsidR="00B40E4B" w:rsidRPr="00F0408C" w:rsidRDefault="00B40E4B" w:rsidP="008311BB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B06FDE1" w14:textId="056B1783" w:rsidR="00B40E4B" w:rsidRPr="00F0408C" w:rsidRDefault="00B40E4B" w:rsidP="003E672C">
      <w:pPr>
        <w:pStyle w:val="ae"/>
        <w:numPr>
          <w:ilvl w:val="0"/>
          <w:numId w:val="12"/>
        </w:numPr>
        <w:tabs>
          <w:tab w:val="left" w:pos="284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12:00 </w:t>
      </w:r>
      <w:r w:rsidR="00380D22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Начало предварительных поединков </w:t>
      </w:r>
      <w:r w:rsidR="00380D22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1 части фестиваля</w:t>
      </w:r>
    </w:p>
    <w:p w14:paraId="07851D03" w14:textId="77777777" w:rsidR="00380D22" w:rsidRPr="00F0408C" w:rsidRDefault="00380D22" w:rsidP="008311BB">
      <w:pPr>
        <w:pStyle w:val="ae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DF1FD09" w14:textId="4E27A227" w:rsidR="00380D22" w:rsidRPr="00F0408C" w:rsidRDefault="00380D22" w:rsidP="003E672C">
      <w:pPr>
        <w:pStyle w:val="ae"/>
        <w:numPr>
          <w:ilvl w:val="0"/>
          <w:numId w:val="12"/>
        </w:numPr>
        <w:tabs>
          <w:tab w:val="left" w:pos="284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709" w:hanging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15:30</w:t>
      </w:r>
      <w:r w:rsidR="001410C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Начало предварительных поединков 2 части фестиваля </w:t>
      </w:r>
    </w:p>
    <w:p w14:paraId="6F464233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5669237" w14:textId="7FEEE741" w:rsidR="00907BE3" w:rsidRPr="00F0408C" w:rsidRDefault="00380D22" w:rsidP="001410C5">
      <w:pPr>
        <w:pStyle w:val="ae"/>
        <w:numPr>
          <w:ilvl w:val="0"/>
          <w:numId w:val="12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18:30</w:t>
      </w:r>
      <w:r w:rsidR="001410C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Ц</w:t>
      </w:r>
      <w:r w:rsidR="00907BE3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еремония награждения победителей и призеров</w:t>
      </w:r>
    </w:p>
    <w:p w14:paraId="3C86878D" w14:textId="77777777" w:rsidR="00380D22" w:rsidRPr="00F0408C" w:rsidRDefault="00380D22" w:rsidP="008311BB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19C2D94" w14:textId="28E32DF8" w:rsidR="00380D22" w:rsidRPr="00F0408C" w:rsidRDefault="00380D22" w:rsidP="003E672C">
      <w:pPr>
        <w:pStyle w:val="ae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19:00</w:t>
      </w:r>
      <w:r w:rsidR="001410C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Закрытие 1 дня фестиваля</w:t>
      </w:r>
    </w:p>
    <w:p w14:paraId="7B043333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E8BFB56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B35ED95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 сентября 2026 г. (Воскресенье) — Второй день соревнований (Возрастная группа 2016–2017 гг. р.):</w:t>
      </w:r>
    </w:p>
    <w:p w14:paraId="7EE830B6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CA1B02D" w14:textId="3DBB93FD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>Адрес: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 Москва, ВК «Гостиный Двор», ул. Ильинка, д. 4.</w:t>
      </w:r>
    </w:p>
    <w:p w14:paraId="51F08424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2636F1B" w14:textId="5CF57BEB" w:rsidR="00380D22" w:rsidRPr="00F0408C" w:rsidRDefault="00380D22" w:rsidP="003E672C">
      <w:pPr>
        <w:pStyle w:val="ae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11:00 - Открытие фестиваля (мальчики 2016–2017 гг. р.)</w:t>
      </w:r>
    </w:p>
    <w:p w14:paraId="3BAA0CE4" w14:textId="77777777" w:rsidR="00380D22" w:rsidRPr="00F0408C" w:rsidRDefault="00380D22" w:rsidP="008311BB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5BD5582" w14:textId="77777777" w:rsidR="00380D22" w:rsidRPr="00F0408C" w:rsidRDefault="00380D22" w:rsidP="003E672C">
      <w:pPr>
        <w:pStyle w:val="ae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12:00 - Начало предварительных поединков 1 части фестиваля</w:t>
      </w:r>
    </w:p>
    <w:p w14:paraId="4B861C11" w14:textId="77777777" w:rsidR="00380D22" w:rsidRPr="00F0408C" w:rsidRDefault="00380D22" w:rsidP="008311BB">
      <w:pPr>
        <w:pStyle w:val="ae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2EF88B9" w14:textId="38E3F187" w:rsidR="00380D22" w:rsidRPr="00F0408C" w:rsidRDefault="00380D22" w:rsidP="003E672C">
      <w:pPr>
        <w:pStyle w:val="ae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15:30</w:t>
      </w:r>
      <w:r w:rsidR="001410C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Начало предварительных поединков 2 части фестиваля </w:t>
      </w:r>
    </w:p>
    <w:p w14:paraId="0D9BDB93" w14:textId="77777777" w:rsidR="00380D22" w:rsidRPr="00F0408C" w:rsidRDefault="00380D22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F435C89" w14:textId="0B2A92A4" w:rsidR="00380D22" w:rsidRPr="00F0408C" w:rsidRDefault="00380D22" w:rsidP="003E672C">
      <w:pPr>
        <w:pStyle w:val="ae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18:30 - Церемония награждения победителей и призеров</w:t>
      </w:r>
    </w:p>
    <w:p w14:paraId="4641CE35" w14:textId="77777777" w:rsidR="00380D22" w:rsidRPr="00F0408C" w:rsidRDefault="00380D22" w:rsidP="008311BB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590AA4F" w14:textId="3CC4DF04" w:rsidR="00380D22" w:rsidRPr="00F0408C" w:rsidRDefault="00380D22" w:rsidP="003E672C">
      <w:pPr>
        <w:pStyle w:val="ae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19:00</w:t>
      </w:r>
      <w:r w:rsidR="001410C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Закрытие фестиваля</w:t>
      </w:r>
    </w:p>
    <w:p w14:paraId="796BA54D" w14:textId="77777777" w:rsidR="005B2B2B" w:rsidRPr="00F0408C" w:rsidRDefault="005B2B2B" w:rsidP="008311BB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219D027" w14:textId="73222269" w:rsidR="005B2B2B" w:rsidRPr="00F0408C" w:rsidRDefault="005B2B2B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возможном изменении расписания Орг. Комитет проинформирует дополнительно </w:t>
      </w:r>
    </w:p>
    <w:p w14:paraId="2CA2B18B" w14:textId="79E2777B" w:rsidR="00DC47E4" w:rsidRPr="00F0408C" w:rsidRDefault="00DC47E4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01E81139" w14:textId="69015F6D" w:rsidR="00907BE3" w:rsidRPr="00F0408C" w:rsidRDefault="00000000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7. </w:t>
      </w:r>
      <w:r w:rsidR="00B1043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Система проведения и награждение</w:t>
      </w:r>
    </w:p>
    <w:p w14:paraId="3EE969FC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B93BDD2" w14:textId="25E73F4D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7.1. Соревнования проводятся по олимпийской системе с утешительными встречами</w:t>
      </w:r>
      <w:r w:rsidR="00B10439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полуфиналистов (или с 1/</w:t>
      </w:r>
      <w:r w:rsidR="00380D22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4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финала по решению ГСК).</w:t>
      </w:r>
    </w:p>
    <w:p w14:paraId="0DE5E088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6E38092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7.2. Победители и призеры (1, 2 и два 3-х места) в каждой весовой категории награждаются эксклюзивными медалями, дипломами и ценными призами от партнеров.</w:t>
      </w:r>
    </w:p>
    <w:p w14:paraId="20C83F9A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CA1612D" w14:textId="77777777" w:rsidR="00907BE3" w:rsidRPr="00F0408C" w:rsidRDefault="00907BE3" w:rsidP="008311BB">
      <w:pPr>
        <w:pStyle w:val="21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7.3. В период проведения мероприятия среди участников и гостей распространяется памятная сувенирная продукция.</w:t>
      </w:r>
    </w:p>
    <w:p w14:paraId="747E8D20" w14:textId="77777777" w:rsidR="00DC47E4" w:rsidRPr="00F0408C" w:rsidRDefault="00DC47E4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2700298C" w14:textId="055F766F" w:rsidR="00907BE3" w:rsidRPr="00F0408C" w:rsidRDefault="00000000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8. </w:t>
      </w:r>
      <w:r w:rsidR="00B1043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Порядок подачи заявок и необходимые документы</w:t>
      </w:r>
    </w:p>
    <w:p w14:paraId="4C46AB63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E29D266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8.1. Представитель команды предоставляет в комиссию по допуску официальную командную заявку в 2-х экземплярах, заверенную руководителем организации и врачом по спортивной медицине (с печатью медучреждения напротив каждой фамилии и отметкой «Допущен»).</w:t>
      </w:r>
    </w:p>
    <w:p w14:paraId="3579804D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13BDD5F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8.2. К заявке на каждого участника прилагаются следующие оригиналы документов:</w:t>
      </w:r>
    </w:p>
    <w:p w14:paraId="40A83F5B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1936898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1. Свидетельство о рождении (для лиц до 14 лет) или Паспорт гражданина РФ.</w:t>
      </w:r>
    </w:p>
    <w:p w14:paraId="5F203D39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2D9A1C6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2. Справка из общеобразовательной школы с фотографией учащегося (заверенная гербовой печатью школы на фото).</w:t>
      </w:r>
    </w:p>
    <w:p w14:paraId="2220229E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5DCBA46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3. Оригинал полиса обязательного медицинского страхования (ОМС).</w:t>
      </w:r>
    </w:p>
    <w:p w14:paraId="3FE2F615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10757A1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4. Оригинал договора (полиса) страхования жизни и здоровья от несчастных случаев на период соревнований.</w:t>
      </w:r>
    </w:p>
    <w:p w14:paraId="11B9605B" w14:textId="77777777" w:rsidR="00907BE3" w:rsidRPr="00F0408C" w:rsidRDefault="00907BE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F25BC55" w14:textId="77777777" w:rsidR="00907BE3" w:rsidRPr="00F0408C" w:rsidRDefault="00907BE3" w:rsidP="008311BB">
      <w:pPr>
        <w:pStyle w:val="21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5. Зачетная классификационная книжка (при наличии разряда).</w:t>
      </w:r>
    </w:p>
    <w:p w14:paraId="7BDA67D4" w14:textId="77777777" w:rsidR="00DC47E4" w:rsidRPr="00F0408C" w:rsidRDefault="00DC47E4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4B5DF6F9" w14:textId="228435B1" w:rsidR="00A54543" w:rsidRPr="00F0408C" w:rsidRDefault="00000000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9. </w:t>
      </w:r>
      <w:r w:rsidR="00B1043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Требование к экипировке </w:t>
      </w:r>
      <w:r w:rsidR="00A54543" w:rsidRPr="00F0408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</w:t>
      </w:r>
      <w:r w:rsidR="00B1043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кимоно</w:t>
      </w:r>
      <w:r w:rsidR="00A54543" w:rsidRPr="00F0408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/ </w:t>
      </w:r>
      <w:r w:rsidR="00B1043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дзюдоги</w:t>
      </w:r>
      <w:r w:rsidR="00A54543" w:rsidRPr="00F0408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14:paraId="6ED8964E" w14:textId="77777777" w:rsidR="00A54543" w:rsidRPr="00F0408C" w:rsidRDefault="00A5454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60B251A" w14:textId="155B86F3" w:rsidR="00A54543" w:rsidRPr="00F0408C" w:rsidRDefault="00A5454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9.1. Участники выступают в кимоно для дзюдо, соответствующем правилам вид</w:t>
      </w:r>
      <w:r w:rsidR="0013365B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спорта.</w:t>
      </w:r>
    </w:p>
    <w:p w14:paraId="53424A70" w14:textId="77777777" w:rsidR="00A54543" w:rsidRPr="00F0408C" w:rsidRDefault="00A54543" w:rsidP="008311BB">
      <w:pPr>
        <w:pStyle w:val="21"/>
        <w:jc w:val="both"/>
        <w:rPr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9.2. Каждый спортсмен должен иметь 2 комплекта кимоно: белого и синего цвета. </w:t>
      </w:r>
      <w:r w:rsidRPr="00F0408C">
        <w:rPr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  <w:lang w:val="ru-RU"/>
        </w:rPr>
        <w:t>(При отсутствии синего кимоно допускается выходить в белом кимоно с красным/синим поясом по назначению арбитра).</w:t>
      </w:r>
    </w:p>
    <w:p w14:paraId="48F0012E" w14:textId="77777777" w:rsidR="00DC47E4" w:rsidRPr="00F0408C" w:rsidRDefault="00DC47E4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1C9984AD" w14:textId="5B8DC23A" w:rsidR="00A54543" w:rsidRPr="00F0408C" w:rsidRDefault="00000000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10. </w:t>
      </w:r>
      <w:r w:rsidR="00B1043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Фото и видеосъемка</w:t>
      </w:r>
    </w:p>
    <w:p w14:paraId="4883B4C4" w14:textId="77777777" w:rsidR="00A54543" w:rsidRPr="00F0408C" w:rsidRDefault="00A5454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028606C" w14:textId="64115329" w:rsidR="00A54543" w:rsidRPr="00F0408C" w:rsidRDefault="00A5454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10.1. Участие в фестивале означает полное согласие спортсменов и их законных представителей на проведение фото- и видеосъемки, а также на использование материалов в информационных и рекламных ресурсах Оргкомитета без выплаты вознаграждения.</w:t>
      </w:r>
    </w:p>
    <w:p w14:paraId="04B867A6" w14:textId="77777777" w:rsidR="00B10439" w:rsidRDefault="00B10439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3540D7D" w14:textId="4152133A" w:rsidR="00A54543" w:rsidRPr="00F0408C" w:rsidRDefault="00A54543" w:rsidP="00B104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11. </w:t>
      </w:r>
      <w:r w:rsidR="00B1043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Контактная информация</w:t>
      </w:r>
    </w:p>
    <w:p w14:paraId="7A965690" w14:textId="77777777" w:rsidR="00A54543" w:rsidRPr="00F0408C" w:rsidRDefault="00A54543" w:rsidP="008311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8318BD2" w14:textId="77FC3B8C" w:rsidR="00380D22" w:rsidRPr="00F0408C" w:rsidRDefault="00A54543" w:rsidP="007A0694">
      <w:pPr>
        <w:pStyle w:val="ae"/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Электронная почта</w:t>
      </w:r>
      <w:r w:rsidR="00380D22"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  <w:r w:rsidRPr="00F0408C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ru-RU"/>
        </w:rPr>
        <w:t>info@nosovschool.ru</w:t>
      </w:r>
    </w:p>
    <w:p w14:paraId="7FE5270F" w14:textId="77777777" w:rsidR="00A54543" w:rsidRPr="00F0408C" w:rsidRDefault="00A54543" w:rsidP="007A06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518694E" w14:textId="1F826A6F" w:rsidR="00A54543" w:rsidRPr="00F0408C" w:rsidRDefault="00A54543" w:rsidP="007A0694">
      <w:pPr>
        <w:pStyle w:val="ae"/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Telegram</w:t>
      </w:r>
      <w:proofErr w:type="spellEnd"/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-канал организатора: </w:t>
      </w:r>
      <w:r w:rsidRPr="00F040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@</w:t>
      </w:r>
      <w:r w:rsidR="007A0694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proofErr w:type="spellStart"/>
      <w:r w:rsidRPr="00F040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udnyy</w:t>
      </w:r>
      <w:proofErr w:type="spellEnd"/>
      <w:r w:rsidR="007A069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_</w:t>
      </w:r>
      <w:r w:rsidR="007A0694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F040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axim</w:t>
      </w:r>
      <w:r w:rsidR="007A069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88</w:t>
      </w:r>
    </w:p>
    <w:p w14:paraId="648C9CBE" w14:textId="77777777" w:rsidR="00A54543" w:rsidRPr="00F0408C" w:rsidRDefault="00A54543" w:rsidP="007A06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119E4EB" w14:textId="77777777" w:rsidR="007A0694" w:rsidRPr="007A0694" w:rsidRDefault="00A54543" w:rsidP="007A0694">
      <w:pPr>
        <w:pStyle w:val="ae"/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Телефон Оргкомитета по общим вопросам: +7 (906) 787-44-47</w:t>
      </w:r>
    </w:p>
    <w:p w14:paraId="016602D6" w14:textId="6D09EEC5" w:rsidR="00A54543" w:rsidRPr="007A0694" w:rsidRDefault="00A54543" w:rsidP="007A06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A0694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="007A0694" w:rsidRPr="007A069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Контактное лицо </w:t>
      </w:r>
      <w:r w:rsidRPr="007A0694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>Максим Олегович Рудный</w:t>
      </w:r>
      <w:r w:rsidRPr="007A0694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14:paraId="06ADB2B6" w14:textId="77777777" w:rsidR="005B2B2B" w:rsidRPr="00F0408C" w:rsidRDefault="005B2B2B" w:rsidP="007A06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C8816CA" w14:textId="77777777" w:rsidR="005B2B2B" w:rsidRPr="00F0408C" w:rsidRDefault="005B2B2B" w:rsidP="007A0694">
      <w:pPr>
        <w:pStyle w:val="ae"/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Сайт для подачи заявок: </w:t>
      </w:r>
      <w:r w:rsidRPr="00F0408C">
        <w:rPr>
          <w:rFonts w:ascii="Times New Roman" w:hAnsi="Times New Roman" w:cs="Times New Roman"/>
          <w:color w:val="1F6BC0"/>
          <w:sz w:val="24"/>
          <w:szCs w:val="24"/>
          <w:lang w:val="ru-RU"/>
        </w:rPr>
        <w:t>regjudo.ru</w:t>
      </w:r>
    </w:p>
    <w:p w14:paraId="660EA788" w14:textId="77777777" w:rsidR="007A0694" w:rsidRPr="00E14455" w:rsidRDefault="007A0694" w:rsidP="007A0694">
      <w:pPr>
        <w:pStyle w:val="21"/>
        <w:jc w:val="center"/>
        <w:rPr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  <w:lang w:val="ru-RU"/>
        </w:rPr>
      </w:pPr>
    </w:p>
    <w:p w14:paraId="494F359E" w14:textId="1A8B1E1B" w:rsidR="000362A3" w:rsidRPr="007A0694" w:rsidRDefault="00A54543" w:rsidP="007A0694">
      <w:pPr>
        <w:pStyle w:val="21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ru-RU"/>
        </w:rPr>
      </w:pPr>
      <w:r w:rsidRPr="00F0408C">
        <w:rPr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  <w:lang w:val="ru-RU"/>
        </w:rPr>
        <w:t xml:space="preserve">НАСТОЯЩИЙ РЕГЛАМЕНТ ЯВЛЯЕТСЯ ОФИЦИАЛЬНЫМ </w:t>
      </w:r>
      <w:r w:rsidR="00B10439">
        <w:rPr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  <w:lang w:val="ru-RU"/>
        </w:rPr>
        <w:t>ВЫЗОВОМ</w:t>
      </w:r>
      <w:r w:rsidR="00B10439">
        <w:rPr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  <w:lang w:val="ru-RU"/>
        </w:rPr>
        <w:br/>
      </w:r>
      <w:r w:rsidRPr="00F0408C">
        <w:rPr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  <w:lang w:val="ru-RU"/>
        </w:rPr>
        <w:t>НА СОРЕВНОВАНИЯ.</w:t>
      </w:r>
    </w:p>
    <w:sectPr w:rsidR="000362A3" w:rsidRPr="007A0694" w:rsidSect="00E14455">
      <w:pgSz w:w="12240" w:h="15840"/>
      <w:pgMar w:top="993" w:right="1467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6C70A0"/>
    <w:multiLevelType w:val="multilevel"/>
    <w:tmpl w:val="D7D6D7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97B6926"/>
    <w:multiLevelType w:val="hybridMultilevel"/>
    <w:tmpl w:val="6212D248"/>
    <w:lvl w:ilvl="0" w:tplc="F0C4496A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F1B9F"/>
    <w:multiLevelType w:val="hybridMultilevel"/>
    <w:tmpl w:val="ACAA9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FA5DFD"/>
    <w:multiLevelType w:val="hybridMultilevel"/>
    <w:tmpl w:val="DEAE6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75BBC"/>
    <w:multiLevelType w:val="hybridMultilevel"/>
    <w:tmpl w:val="236E7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BB65A3"/>
    <w:multiLevelType w:val="multilevel"/>
    <w:tmpl w:val="F3BAC172"/>
    <w:lvl w:ilvl="0">
      <w:start w:val="2"/>
      <w:numFmt w:val="decimal"/>
      <w:lvlText w:val="%1."/>
      <w:lvlJc w:val="left"/>
      <w:pPr>
        <w:ind w:left="435" w:hanging="435"/>
      </w:pPr>
      <w:rPr>
        <w:rFonts w:eastAsiaTheme="majorEastAsia" w:hint="default"/>
        <w:b/>
        <w:color w:val="000000" w:themeColor="text1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Theme="majorEastAsia"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ajorEastAsia"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ajorEastAsia" w:hint="default"/>
        <w:b/>
        <w:color w:val="000000" w:themeColor="text1"/>
      </w:rPr>
    </w:lvl>
  </w:abstractNum>
  <w:abstractNum w:abstractNumId="15" w15:restartNumberingAfterBreak="0">
    <w:nsid w:val="67196D25"/>
    <w:multiLevelType w:val="hybridMultilevel"/>
    <w:tmpl w:val="01EAB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2F3D7B"/>
    <w:multiLevelType w:val="hybridMultilevel"/>
    <w:tmpl w:val="C652D590"/>
    <w:lvl w:ilvl="0" w:tplc="F0C4496A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214089">
    <w:abstractNumId w:val="8"/>
  </w:num>
  <w:num w:numId="2" w16cid:durableId="913703263">
    <w:abstractNumId w:val="6"/>
  </w:num>
  <w:num w:numId="3" w16cid:durableId="879896698">
    <w:abstractNumId w:val="5"/>
  </w:num>
  <w:num w:numId="4" w16cid:durableId="1439791106">
    <w:abstractNumId w:val="4"/>
  </w:num>
  <w:num w:numId="5" w16cid:durableId="1429078561">
    <w:abstractNumId w:val="7"/>
  </w:num>
  <w:num w:numId="6" w16cid:durableId="1222330357">
    <w:abstractNumId w:val="3"/>
  </w:num>
  <w:num w:numId="7" w16cid:durableId="1797140960">
    <w:abstractNumId w:val="2"/>
  </w:num>
  <w:num w:numId="8" w16cid:durableId="1685785462">
    <w:abstractNumId w:val="1"/>
  </w:num>
  <w:num w:numId="9" w16cid:durableId="950169001">
    <w:abstractNumId w:val="0"/>
  </w:num>
  <w:num w:numId="10" w16cid:durableId="1451392576">
    <w:abstractNumId w:val="12"/>
  </w:num>
  <w:num w:numId="11" w16cid:durableId="1814907080">
    <w:abstractNumId w:val="15"/>
  </w:num>
  <w:num w:numId="12" w16cid:durableId="643199223">
    <w:abstractNumId w:val="16"/>
  </w:num>
  <w:num w:numId="13" w16cid:durableId="235092443">
    <w:abstractNumId w:val="10"/>
  </w:num>
  <w:num w:numId="14" w16cid:durableId="470486147">
    <w:abstractNumId w:val="11"/>
  </w:num>
  <w:num w:numId="15" w16cid:durableId="619654678">
    <w:abstractNumId w:val="13"/>
  </w:num>
  <w:num w:numId="16" w16cid:durableId="1479298286">
    <w:abstractNumId w:val="14"/>
  </w:num>
  <w:num w:numId="17" w16cid:durableId="79691996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2A3"/>
    <w:rsid w:val="0006063C"/>
    <w:rsid w:val="0013365B"/>
    <w:rsid w:val="001410C5"/>
    <w:rsid w:val="0015074B"/>
    <w:rsid w:val="0015092D"/>
    <w:rsid w:val="001F67AE"/>
    <w:rsid w:val="0029639D"/>
    <w:rsid w:val="002D2A2A"/>
    <w:rsid w:val="00326F90"/>
    <w:rsid w:val="00380D22"/>
    <w:rsid w:val="003C33E8"/>
    <w:rsid w:val="003E672C"/>
    <w:rsid w:val="00403058"/>
    <w:rsid w:val="00417AF0"/>
    <w:rsid w:val="004261B7"/>
    <w:rsid w:val="00456786"/>
    <w:rsid w:val="004931AB"/>
    <w:rsid w:val="005B2B2B"/>
    <w:rsid w:val="00775E43"/>
    <w:rsid w:val="007A0694"/>
    <w:rsid w:val="008311BB"/>
    <w:rsid w:val="008963E2"/>
    <w:rsid w:val="0090429C"/>
    <w:rsid w:val="00907BE3"/>
    <w:rsid w:val="009424F1"/>
    <w:rsid w:val="009E1945"/>
    <w:rsid w:val="00A54543"/>
    <w:rsid w:val="00AA1D8D"/>
    <w:rsid w:val="00B10439"/>
    <w:rsid w:val="00B40E4B"/>
    <w:rsid w:val="00B47730"/>
    <w:rsid w:val="00B87E0C"/>
    <w:rsid w:val="00BA5666"/>
    <w:rsid w:val="00CB0664"/>
    <w:rsid w:val="00DC457A"/>
    <w:rsid w:val="00DC47E4"/>
    <w:rsid w:val="00E14455"/>
    <w:rsid w:val="00F0408C"/>
    <w:rsid w:val="00F922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BA1C57"/>
  <w14:defaultImageDpi w14:val="300"/>
  <w15:docId w15:val="{1EDC163B-18EC-FD4E-9E67-87A3E1D1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380D22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380D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1018</Words>
  <Characters>5803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qwer rqew</cp:lastModifiedBy>
  <cp:revision>2</cp:revision>
  <cp:lastPrinted>2026-08-31T10:33:00Z</cp:lastPrinted>
  <dcterms:created xsi:type="dcterms:W3CDTF">2026-09-01T13:14:00Z</dcterms:created>
  <dcterms:modified xsi:type="dcterms:W3CDTF">2026-09-01T13:14:00Z</dcterms:modified>
  <cp:category/>
</cp:coreProperties>
</file>